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sz w:val="28"/>
        </w:rPr>
        <w:t>STANDARD APPLICATION FOR EMPLOYMENT</w:t>
      </w:r>
    </w:p>
    <w:p>
      <w:pPr>
        <w:spacing w:after="60"/>
        <w:jc w:val="center"/>
      </w:pPr>
      <w:r>
        <w:rPr>
          <w:sz w:val="14"/>
        </w:rPr>
        <w:t>It is our policy to comply with all applicable state and federal laws prohibiting discrimination in employment based on race, color, sex, religion, national origin, disability or other protected classifications.</w:t>
      </w:r>
    </w:p>
    <w:p>
      <w:pPr>
        <w:spacing w:after="60"/>
      </w:pPr>
      <w:r>
        <w:rPr>
          <w:sz w:val="14"/>
        </w:rPr>
        <w:t>Please carefully read and answer all questions. You will not be considered for employment if you fail to completely answer all the questions on this application. You may attach a resume, but all questions must be answered.</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“Employer”: ____________________________________</w:t>
              <w:br/>
            </w:r>
          </w:p>
        </w:tc>
        <w:tc>
          <w:tcPr>
            <w:tcW w:type="dxa" w:w="5400"/>
            <w:vAlign w:val="center"/>
          </w:tcPr>
          <w:p>
            <w:pPr>
              <w:spacing w:after="0"/>
            </w:pPr>
            <w:r/>
            <w:r>
              <w:rPr>
                <w:rFonts w:ascii="Arial" w:hAnsi="Arial"/>
                <w:b w:val="0"/>
                <w:sz w:val="16"/>
              </w:rPr>
              <w:t>Position applying for: ____________________________________</w:t>
              <w:br/>
            </w:r>
          </w:p>
        </w:tc>
      </w:tr>
    </w:tbl>
    <w:p>
      <w:pPr>
        <w:spacing w:before="60" w:after="40"/>
      </w:pPr>
      <w:r>
        <w:rPr>
          <w:rFonts w:ascii="Arial" w:hAnsi="Arial"/>
          <w:b/>
          <w:sz w:val="20"/>
        </w:rPr>
        <w:t>PERSONAL DATA</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Name (Last, First, Middle): ______________________________________________</w:t>
              <w:br/>
            </w:r>
          </w:p>
        </w:tc>
        <w:tc>
          <w:tcPr>
            <w:tcW w:type="dxa" w:w="5400"/>
            <w:vAlign w:val="center"/>
          </w:tcPr>
          <w:p>
            <w:pPr>
              <w:spacing w:after="0"/>
            </w:pPr>
            <w:r/>
            <w:r>
              <w:rPr>
                <w:rFonts w:ascii="Arial" w:hAnsi="Arial"/>
                <w:b w:val="0"/>
                <w:sz w:val="16"/>
              </w:rPr>
              <w:t>Street Address and Mailing Address: __________________________________________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City: ______________________________</w:t>
              <w:br/>
            </w:r>
          </w:p>
        </w:tc>
        <w:tc>
          <w:tcPr>
            <w:tcW w:type="dxa" w:w="5400"/>
            <w:vAlign w:val="center"/>
          </w:tcPr>
          <w:p>
            <w:pPr>
              <w:spacing w:after="0"/>
            </w:pPr>
            <w:r/>
            <w:r>
              <w:rPr>
                <w:rFonts w:ascii="Arial" w:hAnsi="Arial"/>
                <w:b w:val="0"/>
                <w:sz w:val="16"/>
              </w:rPr>
              <w:t>State: __________________  Zip: 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Home Telephone Number: __________________________</w:t>
              <w:br/>
            </w:r>
          </w:p>
        </w:tc>
        <w:tc>
          <w:tcPr>
            <w:tcW w:type="dxa" w:w="5400"/>
            <w:vAlign w:val="center"/>
          </w:tcPr>
          <w:p>
            <w:pPr>
              <w:spacing w:after="0"/>
            </w:pPr>
            <w:r/>
            <w:r>
              <w:rPr>
                <w:rFonts w:ascii="Arial" w:hAnsi="Arial"/>
                <w:b w:val="0"/>
                <w:sz w:val="16"/>
              </w:rPr>
              <w:t>Business Telephone Number: __________________________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Cellular Telephone Number: _________________________</w:t>
              <w:br/>
            </w:r>
          </w:p>
        </w:tc>
        <w:tc>
          <w:tcPr>
            <w:tcW w:type="dxa" w:w="5400"/>
            <w:vAlign w:val="center"/>
          </w:tcPr>
          <w:p>
            <w:pPr>
              <w:spacing w:after="0"/>
            </w:pPr>
            <w:r/>
            <w:r>
              <w:rPr>
                <w:rFonts w:ascii="Arial" w:hAnsi="Arial"/>
                <w:b w:val="0"/>
                <w:sz w:val="16"/>
              </w:rPr>
              <w:t>Do you own a car?  Yes ☐   No ☐</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Salary Desired: ______________________________</w:t>
              <w:br/>
            </w:r>
          </w:p>
        </w:tc>
        <w:tc>
          <w:tcPr>
            <w:tcW w:type="dxa" w:w="5400"/>
            <w:vAlign w:val="center"/>
          </w:tcPr>
          <w:p>
            <w:pPr>
              <w:spacing w:after="0"/>
            </w:pPr>
            <w:r/>
            <w:r>
              <w:rPr>
                <w:rFonts w:ascii="Arial" w:hAnsi="Arial"/>
                <w:b w:val="0"/>
                <w:sz w:val="16"/>
              </w:rPr>
              <w:t>Do you have a High School Diploma or GED?  Yes ☐   No ☐</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Can you start work: _________________________________________________________________</w:t>
              <w:br/>
              <w:br/>
            </w:r>
          </w:p>
        </w:tc>
      </w:tr>
    </w:tbl>
    <w:p>
      <w:pPr>
        <w:spacing w:before="60" w:after="40"/>
      </w:pPr>
      <w:r>
        <w:rPr>
          <w:rFonts w:ascii="Arial" w:hAnsi="Arial"/>
          <w:b/>
          <w:sz w:val="20"/>
        </w:rPr>
        <w:t>POSITION INFORMATION</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2700"/>
        <w:gridCol w:w="2700"/>
        <w:gridCol w:w="2700"/>
        <w:gridCol w:w="2700"/>
      </w:tblGrid>
      <w:tr>
        <w:tc>
          <w:tcPr>
            <w:tcW w:type="dxa" w:w="2700"/>
            <w:vAlign w:val="center"/>
          </w:tcPr>
          <w:p>
            <w:pPr>
              <w:spacing w:after="0"/>
            </w:pPr>
            <w:r/>
            <w:r>
              <w:rPr>
                <w:rFonts w:ascii="Arial" w:hAnsi="Arial"/>
                <w:b w:val="0"/>
                <w:sz w:val="16"/>
              </w:rPr>
              <w:t>Full Time ☐</w:t>
            </w:r>
          </w:p>
        </w:tc>
        <w:tc>
          <w:tcPr>
            <w:tcW w:type="dxa" w:w="2700"/>
            <w:vAlign w:val="center"/>
          </w:tcPr>
          <w:p>
            <w:pPr>
              <w:spacing w:after="0"/>
            </w:pPr>
            <w:r/>
            <w:r>
              <w:rPr>
                <w:rFonts w:ascii="Arial" w:hAnsi="Arial"/>
                <w:b w:val="0"/>
                <w:sz w:val="16"/>
              </w:rPr>
              <w:t>Part Time ☐</w:t>
            </w:r>
          </w:p>
        </w:tc>
        <w:tc>
          <w:tcPr>
            <w:tcW w:type="dxa" w:w="2700"/>
            <w:vAlign w:val="center"/>
          </w:tcPr>
          <w:p>
            <w:pPr>
              <w:spacing w:after="0"/>
            </w:pPr>
            <w:r/>
            <w:r>
              <w:rPr>
                <w:rFonts w:ascii="Arial" w:hAnsi="Arial"/>
                <w:b w:val="0"/>
                <w:sz w:val="16"/>
              </w:rPr>
              <w:t>Days ☐</w:t>
            </w:r>
          </w:p>
        </w:tc>
        <w:tc>
          <w:tcPr>
            <w:tcW w:type="dxa" w:w="2700"/>
            <w:vAlign w:val="center"/>
          </w:tcPr>
          <w:p>
            <w:pPr>
              <w:spacing w:after="0"/>
            </w:pPr>
            <w:r/>
            <w:r>
              <w:rPr>
                <w:rFonts w:ascii="Arial" w:hAnsi="Arial"/>
                <w:b w:val="0"/>
                <w:sz w:val="16"/>
              </w:rPr>
              <w:t>Evenings ☐</w:t>
            </w:r>
          </w:p>
        </w:tc>
      </w:tr>
      <w:tr>
        <w:tc>
          <w:tcPr>
            <w:tcW w:type="dxa" w:w="2700"/>
            <w:vAlign w:val="center"/>
          </w:tcPr>
          <w:p>
            <w:pPr>
              <w:spacing w:after="0"/>
            </w:pPr>
            <w:r/>
            <w:r>
              <w:rPr>
                <w:rFonts w:ascii="Arial" w:hAnsi="Arial"/>
                <w:b w:val="0"/>
                <w:sz w:val="16"/>
              </w:rPr>
              <w:t>Nights ☐</w:t>
            </w:r>
          </w:p>
        </w:tc>
        <w:tc>
          <w:tcPr>
            <w:tcW w:type="dxa" w:w="2700"/>
            <w:vAlign w:val="center"/>
          </w:tcPr>
          <w:p>
            <w:pPr>
              <w:spacing w:after="0"/>
            </w:pPr>
            <w:r/>
            <w:r>
              <w:rPr>
                <w:rFonts w:ascii="Arial" w:hAnsi="Arial"/>
                <w:b w:val="0"/>
                <w:sz w:val="16"/>
              </w:rPr>
              <w:t>Swing ☐</w:t>
            </w:r>
          </w:p>
        </w:tc>
        <w:tc>
          <w:tcPr>
            <w:tcW w:type="dxa" w:w="2700"/>
            <w:vAlign w:val="center"/>
          </w:tcPr>
          <w:p>
            <w:pPr>
              <w:spacing w:after="0"/>
            </w:pPr>
            <w:r/>
            <w:r>
              <w:rPr>
                <w:rFonts w:ascii="Arial" w:hAnsi="Arial"/>
                <w:b w:val="0"/>
                <w:sz w:val="16"/>
              </w:rPr>
              <w:t>Graveyard ☐</w:t>
            </w:r>
          </w:p>
        </w:tc>
        <w:tc>
          <w:tcPr>
            <w:tcW w:type="dxa" w:w="2700"/>
            <w:vAlign w:val="center"/>
          </w:tcPr>
          <w:p>
            <w:pPr>
              <w:spacing w:after="0"/>
            </w:pPr>
            <w:r/>
            <w:r>
              <w:rPr>
                <w:rFonts w:ascii="Arial" w:hAnsi="Arial"/>
                <w:b w:val="0"/>
                <w:sz w:val="16"/>
              </w:rPr>
              <w:t>Weekends ☐</w:t>
            </w:r>
          </w:p>
        </w:tc>
      </w:tr>
      <w:tr>
        <w:tc>
          <w:tcPr>
            <w:tcW w:type="dxa" w:w="2700"/>
            <w:vAlign w:val="center"/>
          </w:tcPr>
          <w:p>
            <w:pPr>
              <w:spacing w:after="0"/>
            </w:pPr>
            <w:r/>
            <w:r>
              <w:rPr>
                <w:rFonts w:ascii="Arial" w:hAnsi="Arial"/>
                <w:b/>
                <w:sz w:val="16"/>
              </w:rPr>
              <w:t>Status:</w:t>
            </w:r>
          </w:p>
        </w:tc>
        <w:tc>
          <w:tcPr>
            <w:tcW w:type="dxa" w:w="2700"/>
            <w:vAlign w:val="center"/>
          </w:tcPr>
          <w:p>
            <w:pPr>
              <w:spacing w:after="0"/>
            </w:pPr>
            <w:r/>
            <w:r>
              <w:rPr>
                <w:rFonts w:ascii="Arial" w:hAnsi="Arial"/>
                <w:b w:val="0"/>
                <w:sz w:val="16"/>
              </w:rPr>
              <w:t>Regular ☐</w:t>
            </w:r>
          </w:p>
        </w:tc>
        <w:tc>
          <w:tcPr>
            <w:tcW w:type="dxa" w:w="2700"/>
            <w:vAlign w:val="center"/>
          </w:tcPr>
          <w:p>
            <w:pPr>
              <w:spacing w:after="0"/>
            </w:pPr>
            <w:r/>
            <w:r>
              <w:rPr>
                <w:rFonts w:ascii="Arial" w:hAnsi="Arial"/>
                <w:b w:val="0"/>
                <w:sz w:val="16"/>
              </w:rPr>
              <w:t>Temporary ☐</w:t>
            </w:r>
          </w:p>
        </w:tc>
        <w:tc>
          <w:tcPr>
            <w:tcW w:type="dxa" w:w="2700"/>
            <w:vAlign w:val="center"/>
          </w:tcPr>
          <w:p>
            <w:pPr>
              <w:spacing w:after="0"/>
            </w:pPr>
            <w:r/>
            <w:r>
              <w:rPr>
                <w:rFonts w:ascii="Arial" w:hAnsi="Arial"/>
                <w:b w:val="0"/>
                <w:sz w:val="16"/>
              </w:rPr>
            </w:r>
          </w:p>
        </w:tc>
      </w:tr>
      <w:tr>
        <w:tc>
          <w:tcPr>
            <w:tcW w:type="dxa" w:w="2700"/>
            <w:vAlign w:val="center"/>
          </w:tcPr>
          <w:p>
            <w:pPr>
              <w:spacing w:after="0"/>
            </w:pPr>
            <w:r/>
            <w:r>
              <w:rPr>
                <w:rFonts w:ascii="Arial" w:hAnsi="Arial"/>
                <w:b w:val="0"/>
                <w:sz w:val="16"/>
              </w:rPr>
            </w:r>
          </w:p>
        </w:tc>
        <w:tc>
          <w:tcPr>
            <w:tcW w:type="dxa" w:w="2700"/>
            <w:vAlign w:val="center"/>
          </w:tcPr>
          <w:p>
            <w:pPr>
              <w:spacing w:after="0"/>
            </w:pPr>
            <w:r/>
            <w:r>
              <w:rPr>
                <w:rFonts w:ascii="Arial" w:hAnsi="Arial"/>
                <w:b w:val="0"/>
                <w:sz w:val="16"/>
              </w:rPr>
            </w:r>
          </w:p>
        </w:tc>
        <w:tc>
          <w:tcPr>
            <w:tcW w:type="dxa" w:w="2700"/>
            <w:vAlign w:val="center"/>
          </w:tcPr>
          <w:p>
            <w:pPr>
              <w:spacing w:after="0"/>
            </w:pPr>
            <w:r/>
            <w:r>
              <w:rPr>
                <w:rFonts w:ascii="Arial" w:hAnsi="Arial"/>
                <w:b w:val="0"/>
                <w:sz w:val="16"/>
              </w:rPr>
            </w:r>
          </w:p>
        </w:tc>
        <w:tc>
          <w:tcPr>
            <w:tcW w:type="dxa" w:w="2700"/>
            <w:vAlign w:val="center"/>
          </w:tcPr>
          <w:p>
            <w:pPr>
              <w:spacing w:after="0"/>
            </w:pPr>
            <w:r/>
            <w:r>
              <w:rPr>
                <w:rFonts w:ascii="Arial" w:hAnsi="Arial"/>
                <w:b w:val="0"/>
                <w:sz w:val="16"/>
              </w:rP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Are you authorized to work in the U.S. on an unrestricted basis?  Yes ☐  No ☐</w:t>
              <w:br/>
            </w:r>
          </w:p>
        </w:tc>
        <w:tc>
          <w:tcPr>
            <w:tcW w:type="dxa" w:w="5400"/>
            <w:vAlign w:val="center"/>
          </w:tcPr>
          <w:p>
            <w:pPr>
              <w:spacing w:after="0"/>
            </w:pPr>
            <w:r/>
            <w:r>
              <w:rPr>
                <w:rFonts w:ascii="Arial" w:hAnsi="Arial"/>
                <w:b w:val="0"/>
                <w:sz w:val="16"/>
              </w:rPr>
              <w:t>Have you ever been convicted of a felony?  Yes ☐  No ☐</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If yes, explain: ______________________________________________________________________</w:t>
              <w:br/>
              <w:t>________________________________________________________________________________________</w:t>
              <w:br/>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Have you ever been told the essential functions of the job or have you received a copy of the job description listing the essential functions of the job?  Yes ☐  No ☐</w:t>
              <w:br/>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If yes, when? _________________________________________________________________________</w:t>
              <w:br/>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Can you perform these essential functions of the job with or without reasonable accommodation?  Yes ☐  No ☐</w:t>
              <w:br/>
              <w:br/>
            </w:r>
          </w:p>
        </w:tc>
      </w:tr>
    </w:tbl>
    <w:p>
      <w:pPr>
        <w:spacing w:before="60" w:after="40"/>
      </w:pPr>
      <w:r>
        <w:rPr>
          <w:rFonts w:ascii="Arial" w:hAnsi="Arial"/>
          <w:b/>
          <w:sz w:val="20"/>
        </w:rPr>
        <w:t>QUALIFICATIONS</w:t>
      </w:r>
    </w:p>
    <w:p>
      <w:pPr>
        <w:spacing w:after="40"/>
      </w:pPr>
      <w:r>
        <w:rPr>
          <w:sz w:val="14"/>
        </w:rPr>
        <w:t>Please list any education or training you feel relates to the position applied for that would help you perform the work, such as schools, colleges, degrees, vocational schools, job programs, and military training.</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2700"/>
        <w:gridCol w:w="2700"/>
        <w:gridCol w:w="2700"/>
        <w:gridCol w:w="2700"/>
      </w:tblGrid>
      <w:tr>
        <w:tc>
          <w:tcPr>
            <w:tcW w:type="dxa" w:w="2700"/>
            <w:vAlign w:val="center"/>
            <w:shd w:fill="E7E7E7"/>
          </w:tcPr>
          <w:p>
            <w:pPr>
              <w:spacing w:after="0"/>
            </w:pPr>
            <w:r/>
            <w:r>
              <w:rPr>
                <w:rFonts w:ascii="Arial" w:hAnsi="Arial"/>
                <w:b/>
                <w:sz w:val="16"/>
              </w:rPr>
              <w:t>School</w:t>
            </w:r>
          </w:p>
        </w:tc>
        <w:tc>
          <w:tcPr>
            <w:tcW w:type="dxa" w:w="2700"/>
            <w:vAlign w:val="center"/>
            <w:shd w:fill="E7E7E7"/>
          </w:tcPr>
          <w:p>
            <w:pPr>
              <w:spacing w:after="0"/>
            </w:pPr>
            <w:r/>
            <w:r>
              <w:rPr>
                <w:rFonts w:ascii="Arial" w:hAnsi="Arial"/>
                <w:b/>
                <w:sz w:val="16"/>
              </w:rPr>
              <w:t>School Name</w:t>
            </w:r>
          </w:p>
        </w:tc>
        <w:tc>
          <w:tcPr>
            <w:tcW w:type="dxa" w:w="2700"/>
            <w:vAlign w:val="center"/>
            <w:shd w:fill="E7E7E7"/>
          </w:tcPr>
          <w:p>
            <w:pPr>
              <w:spacing w:after="0"/>
            </w:pPr>
            <w:r/>
            <w:r>
              <w:rPr>
                <w:rFonts w:ascii="Arial" w:hAnsi="Arial"/>
                <w:b/>
                <w:sz w:val="16"/>
              </w:rPr>
              <w:t>Degree</w:t>
            </w:r>
          </w:p>
        </w:tc>
        <w:tc>
          <w:tcPr>
            <w:tcW w:type="dxa" w:w="2700"/>
            <w:vAlign w:val="center"/>
            <w:shd w:fill="E7E7E7"/>
          </w:tcPr>
          <w:p>
            <w:pPr>
              <w:spacing w:after="0"/>
            </w:pPr>
            <w:r/>
            <w:r>
              <w:rPr>
                <w:rFonts w:ascii="Arial" w:hAnsi="Arial"/>
                <w:b/>
                <w:sz w:val="16"/>
              </w:rPr>
              <w:t>Address/City/State</w:t>
            </w:r>
          </w:p>
        </w:tc>
      </w:tr>
      <w:tr>
        <w:tc>
          <w:tcPr>
            <w:tcW w:type="dxa" w:w="2700"/>
            <w:vAlign w:val="center"/>
          </w:tcPr>
          <w:p>
            <w:pPr>
              <w:spacing w:after="0"/>
            </w:pPr>
            <w:r/>
            <w:r>
              <w:rPr>
                <w:rFonts w:ascii="Arial" w:hAnsi="Arial"/>
                <w:b w:val="0"/>
                <w:sz w:val="16"/>
              </w:rPr>
              <w:t>School</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r>
      <w:tr>
        <w:tc>
          <w:tcPr>
            <w:tcW w:type="dxa" w:w="2700"/>
            <w:vAlign w:val="center"/>
          </w:tcPr>
          <w:p>
            <w:pPr>
              <w:spacing w:after="0"/>
            </w:pPr>
            <w:r/>
            <w:r>
              <w:rPr>
                <w:rFonts w:ascii="Arial" w:hAnsi="Arial"/>
                <w:b w:val="0"/>
                <w:sz w:val="16"/>
              </w:rPr>
              <w:t>School</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r>
      <w:tr>
        <w:tc>
          <w:tcPr>
            <w:tcW w:type="dxa" w:w="2700"/>
            <w:vAlign w:val="center"/>
          </w:tcPr>
          <w:p>
            <w:pPr>
              <w:spacing w:after="0"/>
            </w:pPr>
            <w:r/>
            <w:r>
              <w:rPr>
                <w:rFonts w:ascii="Arial" w:hAnsi="Arial"/>
                <w:b w:val="0"/>
                <w:sz w:val="16"/>
              </w:rPr>
              <w:t>Other</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r>
    </w:tbl>
    <w:p>
      <w:pPr>
        <w:spacing w:before="60" w:after="40"/>
      </w:pPr>
      <w:r>
        <w:rPr>
          <w:rFonts w:ascii="Arial" w:hAnsi="Arial"/>
          <w:b/>
          <w:sz w:val="20"/>
        </w:rPr>
        <w:t>SPECIAL SKILLS</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List any special skills or experience you feel would help you in the position that you are applying for (leadership, organizational skills, etc.).</w:t>
              <w:br/>
              <w:br/>
              <w:t>________________________________________________________________________________________</w:t>
              <w:br/>
              <w:t>________________________________________________________________________________________</w:t>
              <w:br/>
              <w:br/>
            </w:r>
          </w:p>
        </w:tc>
      </w:tr>
    </w:tbl>
    <w:p>
      <w:pPr>
        <w:spacing w:before="60" w:after="40"/>
      </w:pPr>
      <w:r>
        <w:rPr>
          <w:rFonts w:ascii="Arial" w:hAnsi="Arial"/>
          <w:b/>
          <w:sz w:val="20"/>
        </w:rPr>
        <w:t>REFERENCES</w:t>
      </w:r>
    </w:p>
    <w:p>
      <w:pPr>
        <w:spacing w:after="40"/>
      </w:pPr>
      <w:r>
        <w:rPr>
          <w:sz w:val="14"/>
        </w:rPr>
        <w:t>Please list three professional references not related to you, with full name, address, phone number, and relationship. If you don't have three professional references, please list personal or educational references.</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2700"/>
        <w:gridCol w:w="2700"/>
        <w:gridCol w:w="2700"/>
        <w:gridCol w:w="2700"/>
      </w:tblGrid>
      <w:tr>
        <w:tc>
          <w:tcPr>
            <w:tcW w:type="dxa" w:w="2700"/>
            <w:vAlign w:val="center"/>
            <w:shd w:fill="E7E7E7"/>
          </w:tcPr>
          <w:p>
            <w:pPr>
              <w:spacing w:after="0"/>
            </w:pPr>
            <w:r/>
            <w:r>
              <w:rPr>
                <w:rFonts w:ascii="Arial" w:hAnsi="Arial"/>
                <w:b/>
                <w:sz w:val="16"/>
              </w:rPr>
              <w:t>Name</w:t>
            </w:r>
          </w:p>
        </w:tc>
        <w:tc>
          <w:tcPr>
            <w:tcW w:type="dxa" w:w="2700"/>
            <w:vAlign w:val="center"/>
            <w:shd w:fill="E7E7E7"/>
          </w:tcPr>
          <w:p>
            <w:pPr>
              <w:spacing w:after="0"/>
            </w:pPr>
            <w:r/>
            <w:r>
              <w:rPr>
                <w:rFonts w:ascii="Arial" w:hAnsi="Arial"/>
                <w:b/>
                <w:sz w:val="16"/>
              </w:rPr>
              <w:t>Address/City/State</w:t>
            </w:r>
          </w:p>
        </w:tc>
        <w:tc>
          <w:tcPr>
            <w:tcW w:type="dxa" w:w="2700"/>
            <w:vAlign w:val="center"/>
            <w:shd w:fill="E7E7E7"/>
          </w:tcPr>
          <w:p>
            <w:pPr>
              <w:spacing w:after="0"/>
            </w:pPr>
            <w:r/>
            <w:r>
              <w:rPr>
                <w:rFonts w:ascii="Arial" w:hAnsi="Arial"/>
                <w:b/>
                <w:sz w:val="16"/>
              </w:rPr>
              <w:t>Phone</w:t>
            </w:r>
          </w:p>
        </w:tc>
        <w:tc>
          <w:tcPr>
            <w:tcW w:type="dxa" w:w="2700"/>
            <w:vAlign w:val="center"/>
            <w:shd w:fill="E7E7E7"/>
          </w:tcPr>
          <w:p>
            <w:pPr>
              <w:spacing w:after="0"/>
            </w:pPr>
            <w:r/>
            <w:r>
              <w:rPr>
                <w:rFonts w:ascii="Arial" w:hAnsi="Arial"/>
                <w:b/>
                <w:sz w:val="16"/>
              </w:rPr>
              <w:t>Relationship</w:t>
            </w:r>
          </w:p>
        </w:tc>
      </w:tr>
      <w:tr>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r>
      <w:tr>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r>
      <w:tr>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c>
          <w:tcPr>
            <w:tcW w:type="dxa" w:w="2700"/>
            <w:vAlign w:val="center"/>
          </w:tcPr>
          <w:p>
            <w:pPr>
              <w:spacing w:after="0"/>
            </w:pPr>
            <w:r/>
            <w:r>
              <w:rPr>
                <w:rFonts w:ascii="Arial" w:hAnsi="Arial"/>
                <w:b w:val="0"/>
                <w:sz w:val="16"/>
              </w:rPr>
              <w:t xml:space="preserve"> </w:t>
            </w:r>
          </w:p>
        </w:tc>
      </w:tr>
    </w:tbl>
    <w:p>
      <w:r>
        <w:br w:type="page"/>
      </w:r>
    </w:p>
    <w:p>
      <w:pPr>
        <w:jc w:val="center"/>
      </w:pPr>
      <w:r>
        <w:rPr>
          <w:b/>
          <w:sz w:val="24"/>
        </w:rPr>
        <w:t>WORK HISTORY</w:t>
      </w:r>
    </w:p>
    <w:p>
      <w:pPr>
        <w:spacing w:after="60"/>
      </w:pPr>
      <w:r>
        <w:rPr>
          <w:sz w:val="14"/>
        </w:rPr>
        <w:t>Start with your present or most recent employer and work back. Use separate sheet if necessary. (INCLUDE PAID AND UNPAID POSITIONS)</w:t>
      </w:r>
    </w:p>
    <w:p>
      <w:pPr>
        <w:spacing w:before="60" w:after="40"/>
      </w:pPr>
      <w:r>
        <w:rPr>
          <w:rFonts w:ascii="Arial" w:hAnsi="Arial"/>
          <w:b/>
          <w:sz w:val="18"/>
        </w:rPr>
        <w:t>Job Title #1</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Start Date (mo/day/yr): ______________________</w:t>
              <w:br/>
            </w:r>
          </w:p>
        </w:tc>
        <w:tc>
          <w:tcPr>
            <w:tcW w:type="dxa" w:w="5400"/>
            <w:vAlign w:val="center"/>
          </w:tcPr>
          <w:p>
            <w:pPr>
              <w:spacing w:after="0"/>
            </w:pPr>
            <w:r/>
            <w:r>
              <w:rPr>
                <w:rFonts w:ascii="Arial" w:hAnsi="Arial"/>
                <w:b w:val="0"/>
                <w:sz w:val="16"/>
              </w:rPr>
              <w:t>End Date (mo/day/yr): 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Company Name: __________________________________________</w:t>
              <w:br/>
            </w:r>
          </w:p>
        </w:tc>
        <w:tc>
          <w:tcPr>
            <w:tcW w:type="dxa" w:w="5400"/>
            <w:vAlign w:val="center"/>
          </w:tcPr>
          <w:p>
            <w:pPr>
              <w:spacing w:after="0"/>
            </w:pPr>
            <w:r/>
            <w:r>
              <w:rPr>
                <w:rFonts w:ascii="Arial" w:hAnsi="Arial"/>
                <w:b w:val="0"/>
                <w:sz w:val="16"/>
              </w:rPr>
              <w:t>Supervisor's Name: __________________________________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Phone Number: ______________________________</w:t>
              <w:br/>
            </w:r>
          </w:p>
        </w:tc>
        <w:tc>
          <w:tcPr>
            <w:tcW w:type="dxa" w:w="5400"/>
            <w:vAlign w:val="center"/>
          </w:tcPr>
          <w:p>
            <w:pPr>
              <w:spacing w:after="0"/>
            </w:pPr>
            <w:r/>
            <w:r>
              <w:rPr>
                <w:rFonts w:ascii="Arial" w:hAnsi="Arial"/>
                <w:b w:val="0"/>
                <w:sz w:val="16"/>
              </w:rPr>
              <w:t>City: __________________  State: __________  Zip: 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Duties:</w:t>
              <w:br/>
              <w:t>________________________________________________________________________________________</w:t>
              <w:br/>
              <w:t>________________________________________________________________________________________</w:t>
              <w:br/>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Reason for Leaving: ____________________________________</w:t>
              <w:br/>
            </w:r>
          </w:p>
        </w:tc>
        <w:tc>
          <w:tcPr>
            <w:tcW w:type="dxa" w:w="5400"/>
            <w:vAlign w:val="center"/>
          </w:tcPr>
          <w:p>
            <w:pPr>
              <w:spacing w:after="0"/>
            </w:pPr>
            <w:r/>
            <w:r>
              <w:rPr>
                <w:rFonts w:ascii="Arial" w:hAnsi="Arial"/>
                <w:b w:val="0"/>
                <w:sz w:val="16"/>
              </w:rPr>
              <w:t>Starting Salary: __________________  Ending Salary: 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May we contact your present employer?   Yes ☐   No ☐   N/A ☐</w:t>
              <w:br/>
              <w:br/>
            </w:r>
          </w:p>
        </w:tc>
      </w:tr>
    </w:tbl>
    <w:p>
      <w:pPr>
        <w:spacing w:before="60" w:after="40"/>
      </w:pPr>
      <w:r>
        <w:rPr>
          <w:rFonts w:ascii="Arial" w:hAnsi="Arial"/>
          <w:b/>
          <w:sz w:val="18"/>
        </w:rPr>
        <w:t>Job Title #2</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Start Date (mo/day/yr): ______________________</w:t>
              <w:br/>
            </w:r>
          </w:p>
        </w:tc>
        <w:tc>
          <w:tcPr>
            <w:tcW w:type="dxa" w:w="5400"/>
            <w:vAlign w:val="center"/>
          </w:tcPr>
          <w:p>
            <w:pPr>
              <w:spacing w:after="0"/>
            </w:pPr>
            <w:r/>
            <w:r>
              <w:rPr>
                <w:rFonts w:ascii="Arial" w:hAnsi="Arial"/>
                <w:b w:val="0"/>
                <w:sz w:val="16"/>
              </w:rPr>
              <w:t>End Date (mo/day/yr): 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Company Name: __________________________________________</w:t>
              <w:br/>
            </w:r>
          </w:p>
        </w:tc>
        <w:tc>
          <w:tcPr>
            <w:tcW w:type="dxa" w:w="5400"/>
            <w:vAlign w:val="center"/>
          </w:tcPr>
          <w:p>
            <w:pPr>
              <w:spacing w:after="0"/>
            </w:pPr>
            <w:r/>
            <w:r>
              <w:rPr>
                <w:rFonts w:ascii="Arial" w:hAnsi="Arial"/>
                <w:b w:val="0"/>
                <w:sz w:val="16"/>
              </w:rPr>
              <w:t>Supervisor's Name: __________________________________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Phone Number: ______________________________</w:t>
              <w:br/>
            </w:r>
          </w:p>
        </w:tc>
        <w:tc>
          <w:tcPr>
            <w:tcW w:type="dxa" w:w="5400"/>
            <w:vAlign w:val="center"/>
          </w:tcPr>
          <w:p>
            <w:pPr>
              <w:spacing w:after="0"/>
            </w:pPr>
            <w:r/>
            <w:r>
              <w:rPr>
                <w:rFonts w:ascii="Arial" w:hAnsi="Arial"/>
                <w:b w:val="0"/>
                <w:sz w:val="16"/>
              </w:rPr>
              <w:t>City: __________________  State: __________  Zip: 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Duties:</w:t>
              <w:br/>
              <w:t>________________________________________________________________________________________</w:t>
              <w:br/>
              <w:t>________________________________________________________________________________________</w:t>
              <w:br/>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Reason for Leaving: ____________________________________</w:t>
              <w:br/>
            </w:r>
          </w:p>
        </w:tc>
        <w:tc>
          <w:tcPr>
            <w:tcW w:type="dxa" w:w="5400"/>
            <w:vAlign w:val="center"/>
          </w:tcPr>
          <w:p>
            <w:pPr>
              <w:spacing w:after="0"/>
            </w:pPr>
            <w:r/>
            <w:r>
              <w:rPr>
                <w:rFonts w:ascii="Arial" w:hAnsi="Arial"/>
                <w:b w:val="0"/>
                <w:sz w:val="16"/>
              </w:rPr>
              <w:t>Starting Salary: __________________  Ending Salary: __________________</w:t>
              <w:br/>
            </w:r>
          </w:p>
        </w:tc>
      </w:tr>
    </w:tbl>
    <w:p>
      <w:pPr>
        <w:spacing w:before="60" w:after="40"/>
      </w:pPr>
      <w:r>
        <w:rPr>
          <w:rFonts w:ascii="Arial" w:hAnsi="Arial"/>
          <w:b/>
          <w:sz w:val="18"/>
        </w:rPr>
        <w:t>Job Title #3</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Start Date (mo/day/yr): ______________________</w:t>
              <w:br/>
            </w:r>
          </w:p>
        </w:tc>
        <w:tc>
          <w:tcPr>
            <w:tcW w:type="dxa" w:w="5400"/>
            <w:vAlign w:val="center"/>
          </w:tcPr>
          <w:p>
            <w:pPr>
              <w:spacing w:after="0"/>
            </w:pPr>
            <w:r/>
            <w:r>
              <w:rPr>
                <w:rFonts w:ascii="Arial" w:hAnsi="Arial"/>
                <w:b w:val="0"/>
                <w:sz w:val="16"/>
              </w:rPr>
              <w:t>End Date (mo/day/yr): 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Company Name: __________________________________________</w:t>
              <w:br/>
            </w:r>
          </w:p>
        </w:tc>
        <w:tc>
          <w:tcPr>
            <w:tcW w:type="dxa" w:w="5400"/>
            <w:vAlign w:val="center"/>
          </w:tcPr>
          <w:p>
            <w:pPr>
              <w:spacing w:after="0"/>
            </w:pPr>
            <w:r/>
            <w:r>
              <w:rPr>
                <w:rFonts w:ascii="Arial" w:hAnsi="Arial"/>
                <w:b w:val="0"/>
                <w:sz w:val="16"/>
              </w:rPr>
              <w:t>Supervisor's Name: __________________________________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Phone Number: ______________________________</w:t>
              <w:br/>
            </w:r>
          </w:p>
        </w:tc>
        <w:tc>
          <w:tcPr>
            <w:tcW w:type="dxa" w:w="5400"/>
            <w:vAlign w:val="center"/>
          </w:tcPr>
          <w:p>
            <w:pPr>
              <w:spacing w:after="0"/>
            </w:pPr>
            <w:r/>
            <w:r>
              <w:rPr>
                <w:rFonts w:ascii="Arial" w:hAnsi="Arial"/>
                <w:b w:val="0"/>
                <w:sz w:val="16"/>
              </w:rPr>
              <w:t>City: __________________  State: __________  Zip: 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Duties:</w:t>
              <w:br/>
              <w:t>________________________________________________________________________________________</w:t>
              <w:br/>
              <w:t>________________________________________________________________________________________</w:t>
              <w:br/>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Reason for Leaving: ____________________________________</w:t>
              <w:br/>
            </w:r>
          </w:p>
        </w:tc>
        <w:tc>
          <w:tcPr>
            <w:tcW w:type="dxa" w:w="5400"/>
            <w:vAlign w:val="center"/>
          </w:tcPr>
          <w:p>
            <w:pPr>
              <w:spacing w:after="0"/>
            </w:pPr>
            <w:r/>
            <w:r>
              <w:rPr>
                <w:rFonts w:ascii="Arial" w:hAnsi="Arial"/>
                <w:b w:val="0"/>
                <w:sz w:val="16"/>
              </w:rPr>
              <w:t>Starting Salary: __________________  Ending Salary: __________________</w:t>
              <w:br/>
            </w:r>
          </w:p>
        </w:tc>
      </w:tr>
    </w:tbl>
    <w:p>
      <w:pPr>
        <w:spacing w:before="60" w:after="40"/>
      </w:pPr>
      <w:r>
        <w:rPr>
          <w:rFonts w:ascii="Arial" w:hAnsi="Arial"/>
          <w:b/>
          <w:sz w:val="18"/>
        </w:rPr>
        <w:t>Job Title #4</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Start Date (mo/day/yr): ______________________</w:t>
              <w:br/>
            </w:r>
          </w:p>
        </w:tc>
        <w:tc>
          <w:tcPr>
            <w:tcW w:type="dxa" w:w="5400"/>
            <w:vAlign w:val="center"/>
          </w:tcPr>
          <w:p>
            <w:pPr>
              <w:spacing w:after="0"/>
            </w:pPr>
            <w:r/>
            <w:r>
              <w:rPr>
                <w:rFonts w:ascii="Arial" w:hAnsi="Arial"/>
                <w:b w:val="0"/>
                <w:sz w:val="16"/>
              </w:rPr>
              <w:t>End Date (mo/day/yr): 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Company Name: __________________________________________</w:t>
              <w:br/>
            </w:r>
          </w:p>
        </w:tc>
        <w:tc>
          <w:tcPr>
            <w:tcW w:type="dxa" w:w="5400"/>
            <w:vAlign w:val="center"/>
          </w:tcPr>
          <w:p>
            <w:pPr>
              <w:spacing w:after="0"/>
            </w:pPr>
            <w:r/>
            <w:r>
              <w:rPr>
                <w:rFonts w:ascii="Arial" w:hAnsi="Arial"/>
                <w:b w:val="0"/>
                <w:sz w:val="16"/>
              </w:rPr>
              <w:t>Supervisor's Name: __________________________________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Phone Number: ______________________________</w:t>
              <w:br/>
            </w:r>
          </w:p>
        </w:tc>
        <w:tc>
          <w:tcPr>
            <w:tcW w:type="dxa" w:w="5400"/>
            <w:vAlign w:val="center"/>
          </w:tcPr>
          <w:p>
            <w:pPr>
              <w:spacing w:after="0"/>
            </w:pPr>
            <w:r/>
            <w:r>
              <w:rPr>
                <w:rFonts w:ascii="Arial" w:hAnsi="Arial"/>
                <w:b w:val="0"/>
                <w:sz w:val="16"/>
              </w:rPr>
              <w:t>City: __________________  State: __________  Zip: ______</w:t>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10800"/>
      </w:tblGrid>
      <w:tr>
        <w:tc>
          <w:tcPr>
            <w:tcW w:type="dxa" w:w="10800"/>
            <w:vAlign w:val="center"/>
          </w:tcPr>
          <w:p>
            <w:pPr>
              <w:spacing w:after="0"/>
            </w:pPr>
            <w:r/>
            <w:r>
              <w:rPr>
                <w:rFonts w:ascii="Arial" w:hAnsi="Arial"/>
                <w:b w:val="0"/>
                <w:sz w:val="16"/>
              </w:rPr>
              <w:t>Duties:</w:t>
              <w:br/>
              <w:t>________________________________________________________________________________________</w:t>
              <w:br/>
              <w:t>________________________________________________________________________________________</w:t>
              <w:br/>
              <w:br/>
            </w:r>
          </w:p>
        </w:tc>
      </w:tr>
    </w:tbl>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Reason for Leaving: ____________________________________</w:t>
              <w:br/>
            </w:r>
          </w:p>
        </w:tc>
        <w:tc>
          <w:tcPr>
            <w:tcW w:type="dxa" w:w="5400"/>
            <w:vAlign w:val="center"/>
          </w:tcPr>
          <w:p>
            <w:pPr>
              <w:spacing w:after="0"/>
            </w:pPr>
            <w:r/>
            <w:r>
              <w:rPr>
                <w:rFonts w:ascii="Arial" w:hAnsi="Arial"/>
                <w:b w:val="0"/>
                <w:sz w:val="16"/>
              </w:rPr>
              <w:t>Starting Salary: __________________  Ending Salary: __________________</w:t>
              <w:br/>
            </w:r>
          </w:p>
        </w:tc>
      </w:tr>
    </w:tbl>
    <w:p>
      <w:pPr>
        <w:spacing w:before="60" w:after="40"/>
      </w:pPr>
      <w:r>
        <w:rPr>
          <w:rFonts w:ascii="Arial" w:hAnsi="Arial"/>
          <w:b/>
          <w:sz w:val="18"/>
        </w:rPr>
        <w:t>APPLICANT CERTIFICATION</w:t>
      </w:r>
    </w:p>
    <w:p>
      <w:pPr>
        <w:spacing w:after="100"/>
      </w:pPr>
      <w:r>
        <w:rPr>
          <w:sz w:val="14"/>
        </w:rPr>
        <w:t>I certify that the facts set forth in this Application for Employment are true and complete to the best of my knowledge. I understand that if I am employed, false statements, misrepresentations or omissions may result in my dismissal. I authorize the Employer to make an investigation of any of the facts set forth in this application and release the Employer from any liability. The employer may contact any individual, company or organization listed as a reference. I understand that if employed, my employment may be terminated at any time, with or without cause, with or without notice to the other party.</w:t>
      </w:r>
    </w:p>
    <w:tbl>
      <w:tblPr>
        <w:tblW w:type="auto" w:w="0"/>
        <w:jc w:val="center"/>
        <w:tblLook w:firstColumn="1" w:firstRow="1" w:lastColumn="0" w:lastRow="0" w:noHBand="0" w:noVBand="1" w:val="04A0"/>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Pr>
      <w:tblGrid>
        <w:gridCol w:w="5400"/>
        <w:gridCol w:w="5400"/>
      </w:tblGrid>
      <w:tr>
        <w:tc>
          <w:tcPr>
            <w:tcW w:type="dxa" w:w="5400"/>
            <w:vAlign w:val="center"/>
          </w:tcPr>
          <w:p>
            <w:pPr>
              <w:spacing w:after="0"/>
            </w:pPr>
            <w:r/>
            <w:r>
              <w:rPr>
                <w:rFonts w:ascii="Arial" w:hAnsi="Arial"/>
                <w:b w:val="0"/>
                <w:sz w:val="16"/>
              </w:rPr>
              <w:t>Applicant Signature: __________________________________________</w:t>
              <w:br/>
            </w:r>
          </w:p>
        </w:tc>
        <w:tc>
          <w:tcPr>
            <w:tcW w:type="dxa" w:w="5400"/>
            <w:vAlign w:val="center"/>
          </w:tcPr>
          <w:p>
            <w:pPr>
              <w:spacing w:after="0"/>
            </w:pPr>
            <w:r/>
            <w:r>
              <w:rPr>
                <w:rFonts w:ascii="Arial" w:hAnsi="Arial"/>
                <w:b w:val="0"/>
                <w:sz w:val="16"/>
              </w:rPr>
              <w:t>Date: __________________________</w:t>
              <w:br/>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